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8AE7" w14:textId="0CBEE8FB" w:rsidR="00A82577" w:rsidRPr="003C0315" w:rsidRDefault="003C0315" w:rsidP="003C0315">
      <w:pPr>
        <w:pStyle w:val="TitleSport"/>
        <w:spacing w:after="40"/>
        <w:jc w:val="center"/>
        <w:rPr>
          <w:lang w:val="en-AU"/>
        </w:rPr>
      </w:pPr>
      <w:r w:rsidRPr="003C0315">
        <w:rPr>
          <w:noProof/>
          <w:lang w:val="en-AU"/>
        </w:rPr>
        <w:drawing>
          <wp:anchor distT="0" distB="0" distL="114300" distR="114300" simplePos="0" relativeHeight="251658240" behindDoc="1" locked="0" layoutInCell="1" allowOverlap="1" wp14:anchorId="750E5262" wp14:editId="08D1A3F1">
            <wp:simplePos x="0" y="0"/>
            <wp:positionH relativeFrom="margin">
              <wp:posOffset>5421630</wp:posOffset>
            </wp:positionH>
            <wp:positionV relativeFrom="paragraph">
              <wp:posOffset>-409575</wp:posOffset>
            </wp:positionV>
            <wp:extent cx="1352550" cy="1085850"/>
            <wp:effectExtent l="0" t="0" r="0" b="0"/>
            <wp:wrapNone/>
            <wp:docPr id="17486026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F56">
        <w:t>GIPPSLAND SECONDARY</w:t>
      </w:r>
      <w:r w:rsidR="00EE2F56">
        <w:br/>
        <w:t>CRICKET</w:t>
      </w:r>
    </w:p>
    <w:p w14:paraId="40ABA047" w14:textId="1821467D" w:rsidR="00A82577" w:rsidRDefault="00EF4A1B">
      <w:pPr>
        <w:pStyle w:val="SubtitleSport"/>
        <w:jc w:val="center"/>
      </w:pPr>
      <w:r>
        <w:t>YEAR 8</w:t>
      </w:r>
      <w:r w:rsidR="00EE2F56">
        <w:t xml:space="preserve"> BOYS • REGION FINALS</w:t>
      </w:r>
    </w:p>
    <w:p w14:paraId="2D75DB0D" w14:textId="77777777" w:rsidR="00AF1EFB" w:rsidRDefault="00C0119D">
      <w:pPr>
        <w:pStyle w:val="SubtitleSport"/>
        <w:jc w:val="center"/>
      </w:pPr>
      <w:r>
        <w:t xml:space="preserve">Location: </w:t>
      </w:r>
      <w:r w:rsidR="00EF4A1B">
        <w:t>Catholic College Sale</w:t>
      </w:r>
      <w:r>
        <w:t xml:space="preserve">, </w:t>
      </w:r>
      <w:r w:rsidR="00AF1EFB">
        <w:t>College Ovals, 2A Cunningham St Sale</w:t>
      </w:r>
    </w:p>
    <w:p w14:paraId="48F34F21" w14:textId="00613B4B" w:rsidR="00C0119D" w:rsidRDefault="00C0119D">
      <w:pPr>
        <w:pStyle w:val="SubtitleSport"/>
        <w:jc w:val="center"/>
      </w:pPr>
      <w:r>
        <w:t>DATE: October 15</w:t>
      </w:r>
      <w:r w:rsidRPr="00C0119D">
        <w:rPr>
          <w:vertAlign w:val="superscript"/>
        </w:rPr>
        <w:t>th</w:t>
      </w:r>
      <w:r>
        <w:t xml:space="preserve"> </w:t>
      </w:r>
      <w:proofErr w:type="gramStart"/>
      <w:r>
        <w:t>2026</w:t>
      </w:r>
      <w:r w:rsidR="00FE47C4">
        <w:t xml:space="preserve">  TIME</w:t>
      </w:r>
      <w:proofErr w:type="gramEnd"/>
      <w:r w:rsidR="00FE47C4">
        <w:t>: 10am-4pm</w:t>
      </w:r>
    </w:p>
    <w:p w14:paraId="48267F71" w14:textId="77777777" w:rsidR="00A82577" w:rsidRDefault="00EE2F56">
      <w:pPr>
        <w:pStyle w:val="SectionHeadingSport"/>
        <w:spacing w:before="200" w:after="100"/>
      </w:pPr>
      <w:r>
        <w:t>EVENT OVERVIEW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7"/>
        <w:gridCol w:w="2808"/>
        <w:gridCol w:w="2088"/>
        <w:gridCol w:w="2808"/>
      </w:tblGrid>
      <w:tr w:rsidR="00A82577" w14:paraId="6DAC670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7F3ECF1" w14:textId="77777777" w:rsidR="00A82577" w:rsidRDefault="00EE2F56">
            <w:r>
              <w:rPr>
                <w:b/>
                <w:sz w:val="18"/>
              </w:rPr>
              <w:t>School Event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D599B1" w14:textId="77777777" w:rsidR="00A82577" w:rsidRDefault="00EE2F56">
            <w:r>
              <w:rPr>
                <w:sz w:val="18"/>
              </w:rPr>
              <w:t>Secondary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475E15C" w14:textId="77777777" w:rsidR="00A82577" w:rsidRDefault="00EE2F56">
            <w:r>
              <w:rPr>
                <w:b/>
                <w:sz w:val="18"/>
              </w:rPr>
              <w:t>Sport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5359E4" w14:textId="77777777" w:rsidR="00A82577" w:rsidRDefault="00EE2F56">
            <w:r>
              <w:rPr>
                <w:sz w:val="18"/>
              </w:rPr>
              <w:t>Cricket</w:t>
            </w:r>
          </w:p>
        </w:tc>
      </w:tr>
      <w:tr w:rsidR="00A82577" w14:paraId="2C1911A9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9F86FC7" w14:textId="77777777" w:rsidR="00A82577" w:rsidRDefault="00EE2F56">
            <w:r>
              <w:rPr>
                <w:b/>
                <w:sz w:val="18"/>
              </w:rPr>
              <w:t>Age Group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E4D3AD" w14:textId="18A4067D" w:rsidR="00A82577" w:rsidRDefault="00542B9C">
            <w:r>
              <w:rPr>
                <w:sz w:val="18"/>
              </w:rPr>
              <w:t>Year 8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7995808" w14:textId="77777777" w:rsidR="00A82577" w:rsidRDefault="00EE2F56">
            <w:r>
              <w:rPr>
                <w:b/>
                <w:sz w:val="18"/>
              </w:rPr>
              <w:t>Gender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D30FFC" w14:textId="0F4EF229" w:rsidR="00A82577" w:rsidRDefault="00EE2F56">
            <w:r>
              <w:rPr>
                <w:sz w:val="18"/>
              </w:rPr>
              <w:t>Boys</w:t>
            </w:r>
            <w:r w:rsidR="00542B9C">
              <w:rPr>
                <w:sz w:val="18"/>
              </w:rPr>
              <w:t>/</w:t>
            </w:r>
            <w:r w:rsidR="0045454A">
              <w:rPr>
                <w:sz w:val="18"/>
              </w:rPr>
              <w:t>Mixed</w:t>
            </w:r>
          </w:p>
        </w:tc>
      </w:tr>
      <w:tr w:rsidR="00A82577" w14:paraId="2DB025F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8C75570" w14:textId="77777777" w:rsidR="00A82577" w:rsidRDefault="00EE2F56">
            <w:r>
              <w:rPr>
                <w:b/>
                <w:sz w:val="18"/>
              </w:rPr>
              <w:t>Event Type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2589BE" w14:textId="77777777" w:rsidR="00A82577" w:rsidRDefault="00EE2F56">
            <w:r>
              <w:rPr>
                <w:sz w:val="18"/>
              </w:rPr>
              <w:t>Finals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52238FC" w14:textId="77777777" w:rsidR="00A82577" w:rsidRDefault="00EE2F56">
            <w:r>
              <w:rPr>
                <w:b/>
                <w:sz w:val="18"/>
              </w:rPr>
              <w:t>Format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F0D1DF" w14:textId="77777777" w:rsidR="00A82577" w:rsidRDefault="00EE2F56">
            <w:r>
              <w:rPr>
                <w:sz w:val="18"/>
              </w:rPr>
              <w:t>20/20 competition</w:t>
            </w:r>
          </w:p>
        </w:tc>
      </w:tr>
    </w:tbl>
    <w:p w14:paraId="76E7ADF9" w14:textId="77777777" w:rsidR="00A82577" w:rsidRDefault="00EE2F56">
      <w:pPr>
        <w:pStyle w:val="SectionHeadingSport"/>
        <w:spacing w:before="200" w:after="100"/>
      </w:pPr>
      <w:r>
        <w:t>DRAW &amp; ROUND 1</w:t>
      </w:r>
    </w:p>
    <w:p w14:paraId="1B5B22A2" w14:textId="1E4422C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1: </w:t>
      </w:r>
      <w:r w:rsidR="00FE47C4">
        <w:t xml:space="preserve">Game </w:t>
      </w:r>
      <w:proofErr w:type="gramStart"/>
      <w:r w:rsidR="00FE47C4">
        <w:t>start</w:t>
      </w:r>
      <w:proofErr w:type="gramEnd"/>
      <w:r w:rsidR="00FE47C4">
        <w:t xml:space="preserve"> 10am. </w:t>
      </w:r>
    </w:p>
    <w:p w14:paraId="310A2384" w14:textId="2D0DEFDE" w:rsidR="00A82577" w:rsidRDefault="00542B9C" w:rsidP="00DC31E8">
      <w:pPr>
        <w:spacing w:after="60"/>
      </w:pPr>
      <w:r>
        <w:t>CCS v</w:t>
      </w:r>
      <w:r w:rsidR="00251B68">
        <w:t xml:space="preserve"> Lowanna</w:t>
      </w:r>
    </w:p>
    <w:p w14:paraId="1C1DC0DE" w14:textId="39C4EA78" w:rsidR="00251B68" w:rsidRDefault="00251B68" w:rsidP="00DC31E8">
      <w:pPr>
        <w:spacing w:after="60"/>
      </w:pPr>
      <w:r>
        <w:t>Nagle v Bass Coast College</w:t>
      </w:r>
    </w:p>
    <w:p w14:paraId="3812F8D1" w14:textId="77777777" w:rsidR="00FE47C4" w:rsidRDefault="00FE47C4" w:rsidP="00251B68">
      <w:pPr>
        <w:spacing w:after="60"/>
      </w:pPr>
    </w:p>
    <w:p w14:paraId="1777F4AE" w14:textId="7777777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2: </w:t>
      </w:r>
    </w:p>
    <w:p w14:paraId="671CFC66" w14:textId="3D603B0F" w:rsidR="00A82577" w:rsidRDefault="00EE2F56" w:rsidP="00DC31E8">
      <w:pPr>
        <w:spacing w:after="60"/>
      </w:pPr>
      <w:r>
        <w:t>Winner</w:t>
      </w:r>
      <w:r w:rsidR="00DC31E8">
        <w:t>s from Round 1 play off in the ‘final</w:t>
      </w:r>
    </w:p>
    <w:p w14:paraId="79368868" w14:textId="61E8F459" w:rsidR="00DC31E8" w:rsidRDefault="00DC31E8" w:rsidP="00DC31E8">
      <w:pPr>
        <w:spacing w:after="60"/>
      </w:pPr>
      <w:r>
        <w:t>Losers from Round 1 off in consolation final</w:t>
      </w:r>
    </w:p>
    <w:p w14:paraId="4A1A0B81" w14:textId="77777777" w:rsidR="00A82577" w:rsidRDefault="00EE2F56">
      <w:pPr>
        <w:pStyle w:val="SectionHeadingSport"/>
        <w:spacing w:before="200" w:after="100"/>
      </w:pPr>
      <w:r>
        <w:t>MATCH CONDITIONS</w:t>
      </w:r>
    </w:p>
    <w:p w14:paraId="64381FFD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All matches will be played under the Laws of Cricket, except where modified by the conditions below.</w:t>
      </w:r>
    </w:p>
    <w:p w14:paraId="58301BBA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In the event of a washout or extreme heat on the nominated date, the match is to be rescheduled within the week after the nominated date.</w:t>
      </w:r>
    </w:p>
    <w:p w14:paraId="48A4A136" w14:textId="6F4E99EC" w:rsidR="00A82577" w:rsidRPr="00C0119D" w:rsidRDefault="00EE2F56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school is required to provide a competent umpire and scorer</w:t>
      </w:r>
      <w:r w:rsidR="00C0119D" w:rsidRPr="00C0119D">
        <w:rPr>
          <w:b/>
          <w:bCs/>
          <w:highlight w:val="yellow"/>
        </w:rPr>
        <w:t xml:space="preserve"> and their own score book</w:t>
      </w:r>
    </w:p>
    <w:p w14:paraId="6EC96B02" w14:textId="77777777" w:rsidR="00A82577" w:rsidRPr="0035595F" w:rsidRDefault="00EE2F56">
      <w:pPr>
        <w:spacing w:after="60"/>
        <w:ind w:left="259" w:hanging="173"/>
        <w:rPr>
          <w:u w:val="single"/>
        </w:rPr>
      </w:pPr>
      <w:r w:rsidRPr="0035595F">
        <w:rPr>
          <w:b/>
          <w:u w:val="single"/>
        </w:rPr>
        <w:t xml:space="preserve">• </w:t>
      </w:r>
      <w:r w:rsidRPr="0035595F">
        <w:rPr>
          <w:u w:val="single"/>
        </w:rPr>
        <w:t>It is strongly recommended that Regional Cricket matches have an independent umpire provided by the schools.</w:t>
      </w:r>
    </w:p>
    <w:p w14:paraId="401B16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Length of matches: 20/20 competitions.</w:t>
      </w:r>
    </w:p>
    <w:p w14:paraId="6A2CA0C4" w14:textId="77777777" w:rsidR="00A82577" w:rsidRDefault="00EE2F56">
      <w:pPr>
        <w:pStyle w:val="SectionHeadingSport"/>
        <w:spacing w:before="200" w:after="100"/>
      </w:pPr>
      <w:r>
        <w:t>DRESS, SAFETY &amp; EQUIPMENT</w:t>
      </w:r>
    </w:p>
    <w:p w14:paraId="4D20628F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Players must be correctly attired: boys — white long or short pants and a white shirt or T-shirt. School jumpers may be worn if cricket jumpers are unavailable.</w:t>
      </w:r>
    </w:p>
    <w:p w14:paraId="6E71DC3E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Jeans and school pants/dresses are not permitted.</w:t>
      </w:r>
    </w:p>
    <w:p w14:paraId="211B1DA1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Full helmets must be worn when batting or when fielding in close.</w:t>
      </w:r>
    </w:p>
    <w:p w14:paraId="284C5A91" w14:textId="0CE38094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Teams must provide their own equipment, including helmets</w:t>
      </w:r>
      <w:r w:rsidR="0035595F">
        <w:t xml:space="preserve">, stumps, bails and cones for </w:t>
      </w:r>
      <w:proofErr w:type="gramStart"/>
      <w:r w:rsidR="0035595F">
        <w:t>boundary</w:t>
      </w:r>
      <w:proofErr w:type="gramEnd"/>
      <w:r w:rsidR="0035595F">
        <w:t xml:space="preserve"> (if required)</w:t>
      </w:r>
    </w:p>
    <w:p w14:paraId="40E7A94E" w14:textId="62166052" w:rsidR="00A82577" w:rsidRPr="00C0119D" w:rsidRDefault="00EE2F56" w:rsidP="00C0119D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Intermediate Boys team must provide one new leather match ball (150–165 g</w:t>
      </w:r>
      <w:r w:rsidR="005B3AFC">
        <w:rPr>
          <w:b/>
          <w:bCs/>
          <w:highlight w:val="yellow"/>
        </w:rPr>
        <w:t xml:space="preserve"> two piece</w:t>
      </w:r>
      <w:r w:rsidRPr="00C0119D">
        <w:rPr>
          <w:b/>
          <w:bCs/>
          <w:highlight w:val="yellow"/>
        </w:rPr>
        <w:t>).</w:t>
      </w:r>
    </w:p>
    <w:p w14:paraId="1256FDF0" w14:textId="6EF1C400" w:rsidR="00A82577" w:rsidRDefault="00EE2F56">
      <w:pPr>
        <w:spacing w:after="60"/>
        <w:ind w:left="259" w:hanging="173"/>
      </w:pPr>
      <w:r>
        <w:rPr>
          <w:b/>
        </w:rPr>
        <w:lastRenderedPageBreak/>
        <w:t xml:space="preserve">• </w:t>
      </w:r>
      <w:r>
        <w:t xml:space="preserve">Each school </w:t>
      </w:r>
      <w:r w:rsidR="0035595F">
        <w:t xml:space="preserve">is responsible for </w:t>
      </w:r>
      <w:r>
        <w:t>its own first-aid</w:t>
      </w:r>
      <w:r w:rsidR="0035595F">
        <w:t xml:space="preserve"> and providing its own first-aid</w:t>
      </w:r>
      <w:r>
        <w:t xml:space="preserve"> kit, including ice packs.</w:t>
      </w:r>
    </w:p>
    <w:p w14:paraId="2E58A98B" w14:textId="77777777" w:rsidR="00A82577" w:rsidRDefault="00EE2F56">
      <w:pPr>
        <w:pStyle w:val="SectionHeadingSport"/>
        <w:spacing w:before="200" w:after="100"/>
      </w:pPr>
      <w:r>
        <w:t>CRICKET-SPECIFIC CONDITIONS</w:t>
      </w:r>
    </w:p>
    <w:p w14:paraId="1A6D0CA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Batters will be given OUT if they do not wear a helmet with a face grid.</w:t>
      </w:r>
    </w:p>
    <w:p w14:paraId="648BC76C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The Laws of Cricket for wides, no-balls and overs apply, except that a delivery which passes or would have passed higher than the batter’s shoulder in their normal stance is called a no-ball.</w:t>
      </w:r>
    </w:p>
    <w:p w14:paraId="616E69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 full toss from a fast bowler above the batter’s waist is a no-ball.</w:t>
      </w:r>
    </w:p>
    <w:p w14:paraId="63C3EA3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For a wide or no-ball, an extra is scored as well as any score made from the delivery.</w:t>
      </w:r>
    </w:p>
    <w:p w14:paraId="5DA11D69" w14:textId="77777777" w:rsidR="00C0119D" w:rsidRDefault="00C0119D">
      <w:pPr>
        <w:spacing w:after="60"/>
        <w:ind w:left="259" w:hanging="173"/>
      </w:pPr>
    </w:p>
    <w:p w14:paraId="4BE357FC" w14:textId="5F21D57E" w:rsidR="00C0119D" w:rsidRDefault="00C0119D">
      <w:pPr>
        <w:spacing w:after="60"/>
        <w:ind w:left="259" w:hanging="173"/>
      </w:pPr>
      <w:r>
        <w:rPr>
          <w:noProof/>
        </w:rPr>
        <mc:AlternateContent>
          <mc:Choice Requires="wps">
            <w:drawing>
              <wp:inline distT="0" distB="0" distL="0" distR="0" wp14:anchorId="34168560" wp14:editId="7C4EC848">
                <wp:extent cx="304800" cy="304800"/>
                <wp:effectExtent l="0" t="0" r="0" b="0"/>
                <wp:docPr id="611062390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9D978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9A1E8C5" w14:textId="77777777" w:rsidR="00C0119D" w:rsidRPr="00C0119D" w:rsidRDefault="00C0119D" w:rsidP="00C0119D"/>
    <w:p w14:paraId="363E18B8" w14:textId="77777777" w:rsidR="00C0119D" w:rsidRPr="00C0119D" w:rsidRDefault="00C0119D" w:rsidP="00C0119D"/>
    <w:p w14:paraId="4D1B18FB" w14:textId="77777777" w:rsidR="00C0119D" w:rsidRPr="00C0119D" w:rsidRDefault="00C0119D" w:rsidP="00C0119D"/>
    <w:p w14:paraId="6F2452AA" w14:textId="77777777" w:rsidR="00C0119D" w:rsidRPr="00C0119D" w:rsidRDefault="00C0119D" w:rsidP="00C0119D"/>
    <w:p w14:paraId="6F9D6CA2" w14:textId="77777777" w:rsidR="00C0119D" w:rsidRPr="00C0119D" w:rsidRDefault="00C0119D" w:rsidP="00C0119D"/>
    <w:p w14:paraId="6C68C536" w14:textId="77777777" w:rsidR="00C0119D" w:rsidRPr="00C0119D" w:rsidRDefault="00C0119D" w:rsidP="00C0119D"/>
    <w:p w14:paraId="04190774" w14:textId="77777777" w:rsidR="00C0119D" w:rsidRPr="00C0119D" w:rsidRDefault="00C0119D" w:rsidP="00C0119D"/>
    <w:p w14:paraId="5771BA07" w14:textId="77777777" w:rsidR="00C0119D" w:rsidRPr="00C0119D" w:rsidRDefault="00C0119D" w:rsidP="00C0119D"/>
    <w:p w14:paraId="62C10698" w14:textId="77777777" w:rsidR="00C0119D" w:rsidRPr="00C0119D" w:rsidRDefault="00C0119D" w:rsidP="00C0119D"/>
    <w:p w14:paraId="462FE0A1" w14:textId="77777777" w:rsidR="00C0119D" w:rsidRPr="00C0119D" w:rsidRDefault="00C0119D" w:rsidP="00C0119D"/>
    <w:p w14:paraId="091C745F" w14:textId="77777777" w:rsidR="00C0119D" w:rsidRDefault="00C0119D" w:rsidP="00C0119D"/>
    <w:p w14:paraId="2953B85E" w14:textId="0BD4B4E2" w:rsidR="00C0119D" w:rsidRPr="00C0119D" w:rsidRDefault="00C0119D" w:rsidP="00C0119D">
      <w:pPr>
        <w:tabs>
          <w:tab w:val="left" w:pos="7670"/>
        </w:tabs>
      </w:pPr>
      <w:r>
        <w:tab/>
      </w:r>
    </w:p>
    <w:sectPr w:rsidR="00C0119D" w:rsidRPr="00C0119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BA45B" w14:textId="77777777" w:rsidR="0043292C" w:rsidRDefault="0043292C">
      <w:pPr>
        <w:spacing w:after="0" w:line="240" w:lineRule="auto"/>
      </w:pPr>
      <w:r>
        <w:separator/>
      </w:r>
    </w:p>
  </w:endnote>
  <w:endnote w:type="continuationSeparator" w:id="0">
    <w:p w14:paraId="513160AC" w14:textId="77777777" w:rsidR="0043292C" w:rsidRDefault="00432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F7FFA" w14:textId="77777777" w:rsidR="005B3AFC" w:rsidRDefault="005B3A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A858" w14:textId="1D0666C8" w:rsidR="00A82577" w:rsidRDefault="00EE2F56">
    <w:pPr>
      <w:pStyle w:val="Footer"/>
      <w:jc w:val="center"/>
    </w:pPr>
    <w:r>
      <w:rPr>
        <w:b/>
        <w:sz w:val="16"/>
      </w:rPr>
      <w:t xml:space="preserve">Gippsland Secondary Cricket • </w:t>
    </w:r>
    <w:r w:rsidR="005B3AFC">
      <w:rPr>
        <w:b/>
        <w:sz w:val="16"/>
      </w:rPr>
      <w:t>Year 8</w:t>
    </w:r>
    <w:r>
      <w:rPr>
        <w:b/>
        <w:sz w:val="16"/>
      </w:rPr>
      <w:t xml:space="preserve"> Boys Region Finals •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BF8B" w14:textId="77777777" w:rsidR="005B3AFC" w:rsidRDefault="005B3A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EA53E" w14:textId="77777777" w:rsidR="0043292C" w:rsidRDefault="0043292C">
      <w:pPr>
        <w:spacing w:after="0" w:line="240" w:lineRule="auto"/>
      </w:pPr>
      <w:r>
        <w:separator/>
      </w:r>
    </w:p>
  </w:footnote>
  <w:footnote w:type="continuationSeparator" w:id="0">
    <w:p w14:paraId="6DDEA8EC" w14:textId="77777777" w:rsidR="0043292C" w:rsidRDefault="00432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2F9C" w14:textId="77777777" w:rsidR="005B3AFC" w:rsidRDefault="005B3A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622D" w14:textId="4B7907AC" w:rsidR="00A82577" w:rsidRDefault="00A825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DA6B" w14:textId="77777777" w:rsidR="005B3AFC" w:rsidRDefault="005B3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919110">
    <w:abstractNumId w:val="8"/>
  </w:num>
  <w:num w:numId="2" w16cid:durableId="737289874">
    <w:abstractNumId w:val="6"/>
  </w:num>
  <w:num w:numId="3" w16cid:durableId="251209292">
    <w:abstractNumId w:val="5"/>
  </w:num>
  <w:num w:numId="4" w16cid:durableId="683555202">
    <w:abstractNumId w:val="4"/>
  </w:num>
  <w:num w:numId="5" w16cid:durableId="1561404748">
    <w:abstractNumId w:val="7"/>
  </w:num>
  <w:num w:numId="6" w16cid:durableId="744886959">
    <w:abstractNumId w:val="3"/>
  </w:num>
  <w:num w:numId="7" w16cid:durableId="500045694">
    <w:abstractNumId w:val="2"/>
  </w:num>
  <w:num w:numId="8" w16cid:durableId="505369748">
    <w:abstractNumId w:val="1"/>
  </w:num>
  <w:num w:numId="9" w16cid:durableId="82909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B68"/>
    <w:rsid w:val="0029639D"/>
    <w:rsid w:val="00326F90"/>
    <w:rsid w:val="00333602"/>
    <w:rsid w:val="0035595F"/>
    <w:rsid w:val="003C0315"/>
    <w:rsid w:val="0043292C"/>
    <w:rsid w:val="0045454A"/>
    <w:rsid w:val="00542B9C"/>
    <w:rsid w:val="00555B53"/>
    <w:rsid w:val="005B3AFC"/>
    <w:rsid w:val="005F65EE"/>
    <w:rsid w:val="00A82577"/>
    <w:rsid w:val="00AA1D8D"/>
    <w:rsid w:val="00AC31B6"/>
    <w:rsid w:val="00AF1EFB"/>
    <w:rsid w:val="00B47730"/>
    <w:rsid w:val="00C0119D"/>
    <w:rsid w:val="00CB0664"/>
    <w:rsid w:val="00DC31E8"/>
    <w:rsid w:val="00EE2F56"/>
    <w:rsid w:val="00EF4A1B"/>
    <w:rsid w:val="00FC693F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27BC90"/>
  <w14:defaultImageDpi w14:val="300"/>
  <w15:docId w15:val="{37C1C894-D5E9-4A4A-8119-A9E118CE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Sport">
    <w:name w:val="Title Sport"/>
    <w:rPr>
      <w:rFonts w:ascii="Aptos Display" w:hAnsi="Aptos Display"/>
      <w:b/>
      <w:sz w:val="52"/>
    </w:rPr>
  </w:style>
  <w:style w:type="paragraph" w:customStyle="1" w:styleId="SubtitleSport">
    <w:name w:val="Subtitle Sport"/>
    <w:rPr>
      <w:rFonts w:ascii="Aptos" w:hAnsi="Aptos"/>
      <w:b/>
      <w:sz w:val="28"/>
    </w:rPr>
  </w:style>
  <w:style w:type="paragraph" w:customStyle="1" w:styleId="SectionHeadingSport">
    <w:name w:val="Section Heading Sport"/>
    <w:rPr>
      <w:rFonts w:ascii="Aptos Display" w:hAnsi="Aptos Display"/>
      <w:b/>
      <w:sz w:val="30"/>
    </w:rPr>
  </w:style>
  <w:style w:type="paragraph" w:customStyle="1" w:styleId="SmallSport">
    <w:name w:val="Small Sport"/>
    <w:rPr>
      <w:rFonts w:ascii="Aptos" w:hAnsi="Aptos"/>
      <w:sz w:val="18"/>
    </w:rPr>
  </w:style>
  <w:style w:type="paragraph" w:styleId="NormalWeb">
    <w:name w:val="Normal (Web)"/>
    <w:basedOn w:val="Normal"/>
    <w:uiPriority w:val="99"/>
    <w:semiHidden/>
    <w:unhideWhenUsed/>
    <w:rsid w:val="003C03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Burke</cp:lastModifiedBy>
  <cp:revision>2</cp:revision>
  <dcterms:created xsi:type="dcterms:W3CDTF">2026-10-07T03:18:00Z</dcterms:created>
  <dcterms:modified xsi:type="dcterms:W3CDTF">2026-10-07T03:18:00Z</dcterms:modified>
  <cp:category/>
</cp:coreProperties>
</file>