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8AE7" w14:textId="0CBEE8FB" w:rsidR="00A82577" w:rsidRPr="003C0315" w:rsidRDefault="003C0315" w:rsidP="003C0315">
      <w:pPr>
        <w:pStyle w:val="TitleSport"/>
        <w:spacing w:after="40"/>
        <w:jc w:val="center"/>
        <w:rPr>
          <w:lang w:val="en-AU"/>
        </w:rPr>
      </w:pPr>
      <w:r w:rsidRPr="003C0315">
        <w:rPr>
          <w:noProof/>
          <w:lang w:val="en-AU"/>
        </w:rPr>
        <w:drawing>
          <wp:anchor distT="0" distB="0" distL="114300" distR="114300" simplePos="0" relativeHeight="251658240" behindDoc="1" locked="0" layoutInCell="1" allowOverlap="1" wp14:anchorId="750E5262" wp14:editId="08D1A3F1">
            <wp:simplePos x="0" y="0"/>
            <wp:positionH relativeFrom="margin">
              <wp:posOffset>5421630</wp:posOffset>
            </wp:positionH>
            <wp:positionV relativeFrom="paragraph">
              <wp:posOffset>-409575</wp:posOffset>
            </wp:positionV>
            <wp:extent cx="1352550" cy="1085850"/>
            <wp:effectExtent l="0" t="0" r="0" b="0"/>
            <wp:wrapNone/>
            <wp:docPr id="17486026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F56">
        <w:t>GIPPSLAND SECONDARY</w:t>
      </w:r>
      <w:r w:rsidR="00EE2F56">
        <w:br/>
        <w:t>CRICKET</w:t>
      </w:r>
    </w:p>
    <w:p w14:paraId="40ABA047" w14:textId="20890E2B" w:rsidR="00A82577" w:rsidRDefault="007D3B45">
      <w:pPr>
        <w:pStyle w:val="SubtitleSport"/>
        <w:jc w:val="center"/>
      </w:pPr>
      <w:r>
        <w:t>YEAR 8</w:t>
      </w:r>
      <w:r w:rsidR="00EE2F56">
        <w:t>• REGION FINALS</w:t>
      </w:r>
    </w:p>
    <w:p w14:paraId="2D75DB0D" w14:textId="1F27A362" w:rsidR="00AF1EFB" w:rsidRDefault="00C0119D">
      <w:pPr>
        <w:pStyle w:val="SubtitleSport"/>
        <w:jc w:val="center"/>
      </w:pPr>
      <w:r>
        <w:t xml:space="preserve">Location: </w:t>
      </w:r>
      <w:r w:rsidR="00E578E7">
        <w:t xml:space="preserve">Maryvale Reserve and Northern Reserve </w:t>
      </w:r>
      <w:proofErr w:type="spellStart"/>
      <w:r w:rsidR="00E578E7">
        <w:t>Morwell</w:t>
      </w:r>
      <w:proofErr w:type="spellEnd"/>
      <w:r w:rsidR="00E578E7">
        <w:t>.</w:t>
      </w:r>
    </w:p>
    <w:p w14:paraId="48F34F21" w14:textId="00613B4B" w:rsidR="00C0119D" w:rsidRDefault="00C0119D">
      <w:pPr>
        <w:pStyle w:val="SubtitleSport"/>
        <w:jc w:val="center"/>
      </w:pPr>
      <w:r>
        <w:t>DATE: October 15</w:t>
      </w:r>
      <w:r w:rsidRPr="00C0119D">
        <w:rPr>
          <w:vertAlign w:val="superscript"/>
        </w:rPr>
        <w:t>th</w:t>
      </w:r>
      <w:r>
        <w:t xml:space="preserve"> 2026</w:t>
      </w:r>
      <w:r w:rsidR="00FE47C4">
        <w:t xml:space="preserve">  TIME: 10am-4pm</w:t>
      </w:r>
    </w:p>
    <w:p w14:paraId="48267F71" w14:textId="77777777" w:rsidR="00A82577" w:rsidRDefault="00EE2F56">
      <w:pPr>
        <w:pStyle w:val="SectionHeadingSport"/>
        <w:spacing w:before="200" w:after="100"/>
      </w:pPr>
      <w:r>
        <w:t>EVENT OVERVIEW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7"/>
        <w:gridCol w:w="2808"/>
        <w:gridCol w:w="2088"/>
        <w:gridCol w:w="2808"/>
      </w:tblGrid>
      <w:tr w:rsidR="00A82577" w14:paraId="6DAC670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7F3ECF1" w14:textId="77777777" w:rsidR="00A82577" w:rsidRDefault="00EE2F56">
            <w:r>
              <w:rPr>
                <w:b/>
                <w:sz w:val="18"/>
              </w:rPr>
              <w:t>School Event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D599B1" w14:textId="77777777" w:rsidR="00A82577" w:rsidRDefault="00EE2F56">
            <w:r>
              <w:rPr>
                <w:sz w:val="18"/>
              </w:rPr>
              <w:t>Secondary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475E15C" w14:textId="77777777" w:rsidR="00A82577" w:rsidRDefault="00EE2F56">
            <w:r>
              <w:rPr>
                <w:b/>
                <w:sz w:val="18"/>
              </w:rPr>
              <w:t>Sport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95359E4" w14:textId="77777777" w:rsidR="00A82577" w:rsidRDefault="00EE2F56">
            <w:r>
              <w:rPr>
                <w:sz w:val="18"/>
              </w:rPr>
              <w:t>Cricket</w:t>
            </w:r>
          </w:p>
        </w:tc>
      </w:tr>
      <w:tr w:rsidR="00A82577" w14:paraId="2C1911A9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9F86FC7" w14:textId="77777777" w:rsidR="00A82577" w:rsidRDefault="00EE2F56">
            <w:r>
              <w:rPr>
                <w:b/>
                <w:sz w:val="18"/>
              </w:rPr>
              <w:t>Age Group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E4D3AD" w14:textId="4F9C84DC" w:rsidR="00A82577" w:rsidRDefault="007D3B45">
            <w:r>
              <w:rPr>
                <w:sz w:val="18"/>
              </w:rPr>
              <w:t xml:space="preserve">YEAR 8 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7995808" w14:textId="77777777" w:rsidR="00A82577" w:rsidRDefault="00EE2F56">
            <w:r>
              <w:rPr>
                <w:b/>
                <w:sz w:val="18"/>
              </w:rPr>
              <w:t>Gender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D30FFC" w14:textId="78DB560F" w:rsidR="00A82577" w:rsidRDefault="00B5040D">
            <w:r>
              <w:rPr>
                <w:sz w:val="18"/>
              </w:rPr>
              <w:t>Girls</w:t>
            </w:r>
          </w:p>
        </w:tc>
      </w:tr>
      <w:tr w:rsidR="00A82577" w14:paraId="2DB025F0" w14:textId="77777777" w:rsidTr="00AC31B6">
        <w:trPr>
          <w:jc w:val="center"/>
        </w:trPr>
        <w:tc>
          <w:tcPr>
            <w:tcW w:w="2377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58C75570" w14:textId="77777777" w:rsidR="00A82577" w:rsidRDefault="00EE2F56">
            <w:r>
              <w:rPr>
                <w:b/>
                <w:sz w:val="18"/>
              </w:rPr>
              <w:t>Event Type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2589BE" w14:textId="77777777" w:rsidR="00A82577" w:rsidRDefault="00EE2F56">
            <w:r>
              <w:rPr>
                <w:sz w:val="18"/>
              </w:rPr>
              <w:t>Finals</w:t>
            </w:r>
          </w:p>
        </w:tc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52238FC" w14:textId="77777777" w:rsidR="00A82577" w:rsidRDefault="00EE2F56">
            <w:r>
              <w:rPr>
                <w:b/>
                <w:sz w:val="18"/>
              </w:rPr>
              <w:t>Format</w:t>
            </w:r>
          </w:p>
        </w:tc>
        <w:tc>
          <w:tcPr>
            <w:tcW w:w="28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F0D1DF" w14:textId="77777777" w:rsidR="00A82577" w:rsidRDefault="00EE2F56">
            <w:r>
              <w:rPr>
                <w:sz w:val="18"/>
              </w:rPr>
              <w:t>20/20 competition</w:t>
            </w:r>
          </w:p>
        </w:tc>
      </w:tr>
    </w:tbl>
    <w:p w14:paraId="76E7ADF9" w14:textId="77777777" w:rsidR="00A82577" w:rsidRDefault="00EE2F56">
      <w:pPr>
        <w:pStyle w:val="SectionHeadingSport"/>
        <w:spacing w:before="200" w:after="100"/>
      </w:pPr>
      <w:r>
        <w:t>DRAW &amp; ROUND 1</w:t>
      </w:r>
    </w:p>
    <w:p w14:paraId="1B5B22A2" w14:textId="1E4422C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1: </w:t>
      </w:r>
      <w:r w:rsidR="00FE47C4">
        <w:t xml:space="preserve">Game start 10am. </w:t>
      </w:r>
    </w:p>
    <w:p w14:paraId="310A2384" w14:textId="48ADF66E" w:rsidR="00A82577" w:rsidRDefault="00E578E7" w:rsidP="00DC31E8">
      <w:pPr>
        <w:spacing w:after="60"/>
      </w:pPr>
      <w:r>
        <w:t>Maryval</w:t>
      </w:r>
      <w:r w:rsidR="00DE29AA">
        <w:t>e</w:t>
      </w:r>
      <w:r w:rsidR="00001303">
        <w:t xml:space="preserve"> Reserve</w:t>
      </w:r>
      <w:r w:rsidR="00DE29AA">
        <w:t xml:space="preserve">: </w:t>
      </w:r>
      <w:r w:rsidR="000B4C55">
        <w:t>Lavalla</w:t>
      </w:r>
      <w:r w:rsidR="00542B9C">
        <w:t xml:space="preserve"> v</w:t>
      </w:r>
      <w:r w:rsidR="00251B68">
        <w:t xml:space="preserve"> </w:t>
      </w:r>
      <w:r w:rsidR="007D3B45">
        <w:t>Bass Coast</w:t>
      </w:r>
    </w:p>
    <w:p w14:paraId="1C1DC0DE" w14:textId="4A0370E7" w:rsidR="00251B68" w:rsidRDefault="00001303" w:rsidP="00DC31E8">
      <w:pPr>
        <w:spacing w:after="60"/>
      </w:pPr>
      <w:r>
        <w:t>Norther</w:t>
      </w:r>
      <w:r w:rsidR="000A70C1">
        <w:t>n</w:t>
      </w:r>
      <w:r>
        <w:t xml:space="preserve"> Reserve: </w:t>
      </w:r>
      <w:r w:rsidR="007D3B45">
        <w:t>Drouin</w:t>
      </w:r>
      <w:r w:rsidR="00251B68">
        <w:t xml:space="preserve"> v </w:t>
      </w:r>
      <w:r>
        <w:t>Nagle</w:t>
      </w:r>
    </w:p>
    <w:p w14:paraId="3812F8D1" w14:textId="77777777" w:rsidR="00FE47C4" w:rsidRDefault="00FE47C4" w:rsidP="00251B68">
      <w:pPr>
        <w:spacing w:after="60"/>
      </w:pPr>
    </w:p>
    <w:p w14:paraId="1777F4AE" w14:textId="77777777" w:rsidR="00FE47C4" w:rsidRDefault="00EE2F56" w:rsidP="00DC31E8">
      <w:pPr>
        <w:spacing w:after="60"/>
      </w:pPr>
      <w:r>
        <w:rPr>
          <w:b/>
        </w:rPr>
        <w:t xml:space="preserve">• </w:t>
      </w:r>
      <w:r>
        <w:t xml:space="preserve">Round 2: </w:t>
      </w:r>
    </w:p>
    <w:p w14:paraId="671CFC66" w14:textId="0861A5F8" w:rsidR="00A82577" w:rsidRDefault="00EE2F56" w:rsidP="00DC31E8">
      <w:pPr>
        <w:spacing w:after="60"/>
      </w:pPr>
      <w:r>
        <w:t>Winner</w:t>
      </w:r>
      <w:r w:rsidR="00DC31E8">
        <w:t>s from Round 1 play off in the ‘final</w:t>
      </w:r>
      <w:r w:rsidR="00001303">
        <w:t xml:space="preserve"> at Maryvale</w:t>
      </w:r>
    </w:p>
    <w:p w14:paraId="79368868" w14:textId="561EC63A" w:rsidR="00DC31E8" w:rsidRDefault="00DC31E8" w:rsidP="00DC31E8">
      <w:pPr>
        <w:spacing w:after="60"/>
      </w:pPr>
      <w:r>
        <w:t>Losers from Round 1 off in consolation final</w:t>
      </w:r>
      <w:r w:rsidR="00001303">
        <w:t xml:space="preserve"> at Northern Reserve</w:t>
      </w:r>
    </w:p>
    <w:p w14:paraId="35912BE9" w14:textId="77777777" w:rsidR="00001303" w:rsidRDefault="00001303" w:rsidP="00DC31E8">
      <w:pPr>
        <w:spacing w:after="60"/>
      </w:pPr>
    </w:p>
    <w:p w14:paraId="31EA4F33" w14:textId="77777777" w:rsidR="0042713E" w:rsidRDefault="00001303" w:rsidP="00DC31E8">
      <w:pPr>
        <w:spacing w:after="60"/>
      </w:pPr>
      <w:r>
        <w:t xml:space="preserve">Due to the games being across the two Venues. </w:t>
      </w:r>
    </w:p>
    <w:p w14:paraId="72DD711E" w14:textId="4642389F" w:rsidR="00001303" w:rsidRDefault="00001303" w:rsidP="00DC31E8">
      <w:pPr>
        <w:spacing w:after="60"/>
      </w:pPr>
      <w:r w:rsidRPr="0045447A">
        <w:rPr>
          <w:highlight w:val="yellow"/>
        </w:rPr>
        <w:t>Nikki from La</w:t>
      </w:r>
      <w:r w:rsidR="00113E89" w:rsidRPr="0045447A">
        <w:rPr>
          <w:highlight w:val="yellow"/>
        </w:rPr>
        <w:t xml:space="preserve">valla </w:t>
      </w:r>
      <w:r w:rsidR="007A08B9" w:rsidRPr="0045447A">
        <w:rPr>
          <w:highlight w:val="yellow"/>
        </w:rPr>
        <w:t>will</w:t>
      </w:r>
      <w:r w:rsidR="00975256" w:rsidRPr="0045447A">
        <w:rPr>
          <w:highlight w:val="yellow"/>
        </w:rPr>
        <w:t xml:space="preserve"> </w:t>
      </w:r>
      <w:r w:rsidR="0045447A" w:rsidRPr="0045447A">
        <w:rPr>
          <w:highlight w:val="yellow"/>
        </w:rPr>
        <w:t xml:space="preserve">call Nagle on </w:t>
      </w:r>
      <w:r w:rsidR="007A08B9" w:rsidRPr="0045447A">
        <w:rPr>
          <w:highlight w:val="yellow"/>
        </w:rPr>
        <w:t>0429458880</w:t>
      </w:r>
      <w:r w:rsidR="0045447A" w:rsidRPr="0045447A">
        <w:rPr>
          <w:highlight w:val="yellow"/>
        </w:rPr>
        <w:t xml:space="preserve"> to confirm the final round.</w:t>
      </w:r>
    </w:p>
    <w:p w14:paraId="4A1A0B81" w14:textId="77777777" w:rsidR="00A82577" w:rsidRDefault="00EE2F56">
      <w:pPr>
        <w:pStyle w:val="SectionHeadingSport"/>
        <w:spacing w:before="200" w:after="100"/>
      </w:pPr>
      <w:r>
        <w:t>MATCH CONDITIONS</w:t>
      </w:r>
    </w:p>
    <w:p w14:paraId="64381FFD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All matches will be played under the Laws of Cricket, except where modified by the conditions below.</w:t>
      </w:r>
    </w:p>
    <w:p w14:paraId="58301BBA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In the event of a washout or extreme heat on the nominated date, the match is to be rescheduled within the week after the nominated date.</w:t>
      </w:r>
    </w:p>
    <w:p w14:paraId="48A4A136" w14:textId="6F4E99EC" w:rsidR="00A82577" w:rsidRPr="00C0119D" w:rsidRDefault="00EE2F56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school is required to provide a competent umpire and scorer</w:t>
      </w:r>
      <w:r w:rsidR="00C0119D" w:rsidRPr="00C0119D">
        <w:rPr>
          <w:b/>
          <w:bCs/>
          <w:highlight w:val="yellow"/>
        </w:rPr>
        <w:t xml:space="preserve"> and their own score book</w:t>
      </w:r>
    </w:p>
    <w:p w14:paraId="6EC96B02" w14:textId="77777777" w:rsidR="00A82577" w:rsidRPr="0035595F" w:rsidRDefault="00EE2F56">
      <w:pPr>
        <w:spacing w:after="60"/>
        <w:ind w:left="259" w:hanging="173"/>
        <w:rPr>
          <w:u w:val="single"/>
        </w:rPr>
      </w:pPr>
      <w:r w:rsidRPr="0035595F">
        <w:rPr>
          <w:b/>
          <w:u w:val="single"/>
        </w:rPr>
        <w:t xml:space="preserve">• </w:t>
      </w:r>
      <w:r w:rsidRPr="0035595F">
        <w:rPr>
          <w:u w:val="single"/>
        </w:rPr>
        <w:t>It is strongly recommended that Regional Cricket matches have an independent umpire provided by the schools.</w:t>
      </w:r>
    </w:p>
    <w:p w14:paraId="401B16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Length of matches: 20/20 competitions.</w:t>
      </w:r>
    </w:p>
    <w:p w14:paraId="6A2CA0C4" w14:textId="77777777" w:rsidR="00A82577" w:rsidRDefault="00EE2F56">
      <w:pPr>
        <w:pStyle w:val="SectionHeadingSport"/>
        <w:spacing w:before="200" w:after="100"/>
      </w:pPr>
      <w:r>
        <w:t>DRESS, SAFETY &amp; EQUIPMENT</w:t>
      </w:r>
    </w:p>
    <w:p w14:paraId="4D20628F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Players must be correctly attired: boys — white long or short pants and a white shirt or T-shirt. School jumpers may be worn if cricket jumpers are unavailable.</w:t>
      </w:r>
    </w:p>
    <w:p w14:paraId="6E71DC3E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Jeans and school pants/dresses are not permitted.</w:t>
      </w:r>
    </w:p>
    <w:p w14:paraId="211B1DA1" w14:textId="77777777" w:rsidR="00A82577" w:rsidRDefault="00EE2F56">
      <w:pPr>
        <w:spacing w:after="60"/>
        <w:ind w:left="259" w:hanging="173"/>
      </w:pPr>
      <w:r>
        <w:rPr>
          <w:b/>
        </w:rPr>
        <w:lastRenderedPageBreak/>
        <w:t xml:space="preserve">• </w:t>
      </w:r>
      <w:r>
        <w:t>Full helmets must be worn when batting or when fielding in close.</w:t>
      </w:r>
    </w:p>
    <w:p w14:paraId="284C5A91" w14:textId="0CE38094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 xml:space="preserve">Teams must provide their own </w:t>
      </w:r>
      <w:r w:rsidRPr="006D5BC5">
        <w:rPr>
          <w:u w:val="single"/>
        </w:rPr>
        <w:t>equipment, including helmets</w:t>
      </w:r>
      <w:r w:rsidR="0035595F" w:rsidRPr="006D5BC5">
        <w:rPr>
          <w:u w:val="single"/>
        </w:rPr>
        <w:t>, stumps, bails and cones for boundary</w:t>
      </w:r>
      <w:r w:rsidR="0035595F">
        <w:t xml:space="preserve"> (if required)</w:t>
      </w:r>
    </w:p>
    <w:p w14:paraId="40E7A94E" w14:textId="080E63AD" w:rsidR="00A82577" w:rsidRPr="00C0119D" w:rsidRDefault="00EE2F56" w:rsidP="00C0119D">
      <w:pPr>
        <w:spacing w:after="60"/>
        <w:ind w:left="259" w:hanging="173"/>
        <w:rPr>
          <w:b/>
          <w:bCs/>
        </w:rPr>
      </w:pPr>
      <w:r>
        <w:rPr>
          <w:b/>
        </w:rPr>
        <w:t xml:space="preserve">• </w:t>
      </w:r>
      <w:r w:rsidRPr="00C0119D">
        <w:rPr>
          <w:b/>
          <w:bCs/>
          <w:highlight w:val="yellow"/>
        </w:rPr>
        <w:t>Each team must provide one new leather match ball (150–165 g</w:t>
      </w:r>
      <w:r w:rsidR="005B3AFC">
        <w:rPr>
          <w:b/>
          <w:bCs/>
          <w:highlight w:val="yellow"/>
        </w:rPr>
        <w:t xml:space="preserve"> two piece</w:t>
      </w:r>
      <w:r w:rsidRPr="00C0119D">
        <w:rPr>
          <w:b/>
          <w:bCs/>
          <w:highlight w:val="yellow"/>
        </w:rPr>
        <w:t>).</w:t>
      </w:r>
    </w:p>
    <w:p w14:paraId="1256FDF0" w14:textId="6EF1C400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 xml:space="preserve">Each school </w:t>
      </w:r>
      <w:r w:rsidR="0035595F">
        <w:t xml:space="preserve">is responsible for </w:t>
      </w:r>
      <w:r>
        <w:t>its own first-aid</w:t>
      </w:r>
      <w:r w:rsidR="0035595F">
        <w:t xml:space="preserve"> and providing its own first-aid</w:t>
      </w:r>
      <w:r>
        <w:t xml:space="preserve"> kit, including ice packs.</w:t>
      </w:r>
    </w:p>
    <w:p w14:paraId="2E58A98B" w14:textId="77777777" w:rsidR="00A82577" w:rsidRDefault="00EE2F56">
      <w:pPr>
        <w:pStyle w:val="SectionHeadingSport"/>
        <w:spacing w:before="200" w:after="100"/>
      </w:pPr>
      <w:r>
        <w:t>CRICKET-SPECIFIC CONDITIONS</w:t>
      </w:r>
    </w:p>
    <w:p w14:paraId="1A6D0CA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Batters will be given OUT if they do not wear a helmet with a face grid.</w:t>
      </w:r>
    </w:p>
    <w:p w14:paraId="648BC76C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The Laws of Cricket for wides, no-balls and overs apply, except that a delivery which passes or would have passed higher than the batter’s shoulder in their normal stance is called a no-ball.</w:t>
      </w:r>
    </w:p>
    <w:p w14:paraId="616E6920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A full toss from a fast bowler above the batter’s waist is a no-ball.</w:t>
      </w:r>
    </w:p>
    <w:p w14:paraId="63C3EA3B" w14:textId="77777777" w:rsidR="00A82577" w:rsidRDefault="00EE2F56">
      <w:pPr>
        <w:spacing w:after="60"/>
        <w:ind w:left="259" w:hanging="173"/>
      </w:pPr>
      <w:r>
        <w:rPr>
          <w:b/>
        </w:rPr>
        <w:t xml:space="preserve">• </w:t>
      </w:r>
      <w:r>
        <w:t>For a wide or no-ball, an extra is scored as well as any score made from the delivery.</w:t>
      </w:r>
    </w:p>
    <w:p w14:paraId="1CA36FFC" w14:textId="77777777" w:rsidR="006D5BC5" w:rsidRDefault="006D5BC5">
      <w:pPr>
        <w:spacing w:after="60"/>
        <w:ind w:left="259" w:hanging="173"/>
      </w:pPr>
    </w:p>
    <w:p w14:paraId="74F54470" w14:textId="5DAAF3C0" w:rsidR="006D5BC5" w:rsidRDefault="006D5BC5">
      <w:pPr>
        <w:spacing w:after="60"/>
        <w:ind w:left="259" w:hanging="173"/>
      </w:pPr>
      <w:r w:rsidRPr="006D5BC5">
        <w:rPr>
          <w:noProof/>
        </w:rPr>
        <w:drawing>
          <wp:inline distT="0" distB="0" distL="0" distR="0" wp14:anchorId="0255E984" wp14:editId="34EC1B7C">
            <wp:extent cx="5245370" cy="3988005"/>
            <wp:effectExtent l="0" t="0" r="0" b="0"/>
            <wp:docPr id="1813960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608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5370" cy="398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1D69" w14:textId="77777777" w:rsidR="00C0119D" w:rsidRDefault="00C0119D">
      <w:pPr>
        <w:spacing w:after="60"/>
        <w:ind w:left="259" w:hanging="173"/>
      </w:pPr>
    </w:p>
    <w:p w14:paraId="4BE357FC" w14:textId="5F21D57E" w:rsidR="00C0119D" w:rsidRDefault="00C0119D">
      <w:pPr>
        <w:spacing w:after="60"/>
        <w:ind w:left="259" w:hanging="173"/>
      </w:pPr>
      <w:r>
        <w:rPr>
          <w:noProof/>
        </w:rPr>
        <mc:AlternateContent>
          <mc:Choice Requires="wps">
            <w:drawing>
              <wp:inline distT="0" distB="0" distL="0" distR="0" wp14:anchorId="34168560" wp14:editId="7C4EC848">
                <wp:extent cx="304800" cy="304800"/>
                <wp:effectExtent l="0" t="0" r="0" b="0"/>
                <wp:docPr id="611062390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074CC8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9A1E8C5" w14:textId="77777777" w:rsidR="00C0119D" w:rsidRPr="00C0119D" w:rsidRDefault="00C0119D" w:rsidP="00C0119D"/>
    <w:p w14:paraId="363E18B8" w14:textId="77777777" w:rsidR="00C0119D" w:rsidRPr="00C0119D" w:rsidRDefault="00C0119D" w:rsidP="00C0119D"/>
    <w:p w14:paraId="4D1B18FB" w14:textId="77777777" w:rsidR="00C0119D" w:rsidRPr="00C0119D" w:rsidRDefault="00C0119D" w:rsidP="00C0119D"/>
    <w:p w14:paraId="6F2452AA" w14:textId="77777777" w:rsidR="00C0119D" w:rsidRPr="00C0119D" w:rsidRDefault="00C0119D" w:rsidP="00C0119D"/>
    <w:p w14:paraId="6F9D6CA2" w14:textId="77777777" w:rsidR="00C0119D" w:rsidRPr="00C0119D" w:rsidRDefault="00C0119D" w:rsidP="00C0119D"/>
    <w:p w14:paraId="6C68C536" w14:textId="77777777" w:rsidR="00C0119D" w:rsidRPr="00C0119D" w:rsidRDefault="00C0119D" w:rsidP="00C0119D"/>
    <w:p w14:paraId="04190774" w14:textId="77777777" w:rsidR="00C0119D" w:rsidRPr="00C0119D" w:rsidRDefault="00C0119D" w:rsidP="00C0119D"/>
    <w:p w14:paraId="5771BA07" w14:textId="77777777" w:rsidR="00C0119D" w:rsidRPr="00C0119D" w:rsidRDefault="00C0119D" w:rsidP="00C0119D"/>
    <w:p w14:paraId="62C10698" w14:textId="77777777" w:rsidR="00C0119D" w:rsidRPr="00C0119D" w:rsidRDefault="00C0119D" w:rsidP="00C0119D"/>
    <w:p w14:paraId="462FE0A1" w14:textId="77777777" w:rsidR="00C0119D" w:rsidRPr="00C0119D" w:rsidRDefault="00C0119D" w:rsidP="00C0119D"/>
    <w:p w14:paraId="091C745F" w14:textId="77777777" w:rsidR="00C0119D" w:rsidRDefault="00C0119D" w:rsidP="00C0119D"/>
    <w:p w14:paraId="2953B85E" w14:textId="0BD4B4E2" w:rsidR="00C0119D" w:rsidRPr="00C0119D" w:rsidRDefault="00C0119D" w:rsidP="00C0119D">
      <w:pPr>
        <w:tabs>
          <w:tab w:val="left" w:pos="7670"/>
        </w:tabs>
      </w:pPr>
      <w:r>
        <w:tab/>
      </w:r>
    </w:p>
    <w:sectPr w:rsidR="00C0119D" w:rsidRPr="00C0119D" w:rsidSect="00034616">
      <w:headerReference w:type="default" r:id="rId10"/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C0FB" w14:textId="77777777" w:rsidR="008E01F0" w:rsidRDefault="008E01F0">
      <w:pPr>
        <w:spacing w:after="0" w:line="240" w:lineRule="auto"/>
      </w:pPr>
      <w:r>
        <w:separator/>
      </w:r>
    </w:p>
  </w:endnote>
  <w:endnote w:type="continuationSeparator" w:id="0">
    <w:p w14:paraId="2528D93F" w14:textId="77777777" w:rsidR="008E01F0" w:rsidRDefault="008E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FA858" w14:textId="1817C1D4" w:rsidR="00A82577" w:rsidRDefault="00EE2F56">
    <w:pPr>
      <w:pStyle w:val="Footer"/>
      <w:jc w:val="center"/>
    </w:pPr>
    <w:r>
      <w:rPr>
        <w:b/>
        <w:sz w:val="16"/>
      </w:rPr>
      <w:t>Gippsland Secondary Cricket Region Finals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2CAC" w14:textId="77777777" w:rsidR="008E01F0" w:rsidRDefault="008E01F0">
      <w:pPr>
        <w:spacing w:after="0" w:line="240" w:lineRule="auto"/>
      </w:pPr>
      <w:r>
        <w:separator/>
      </w:r>
    </w:p>
  </w:footnote>
  <w:footnote w:type="continuationSeparator" w:id="0">
    <w:p w14:paraId="38BD94CC" w14:textId="77777777" w:rsidR="008E01F0" w:rsidRDefault="008E0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622D" w14:textId="4B7907AC" w:rsidR="00A82577" w:rsidRDefault="00A825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919110">
    <w:abstractNumId w:val="8"/>
  </w:num>
  <w:num w:numId="2" w16cid:durableId="737289874">
    <w:abstractNumId w:val="6"/>
  </w:num>
  <w:num w:numId="3" w16cid:durableId="251209292">
    <w:abstractNumId w:val="5"/>
  </w:num>
  <w:num w:numId="4" w16cid:durableId="683555202">
    <w:abstractNumId w:val="4"/>
  </w:num>
  <w:num w:numId="5" w16cid:durableId="1561404748">
    <w:abstractNumId w:val="7"/>
  </w:num>
  <w:num w:numId="6" w16cid:durableId="744886959">
    <w:abstractNumId w:val="3"/>
  </w:num>
  <w:num w:numId="7" w16cid:durableId="500045694">
    <w:abstractNumId w:val="2"/>
  </w:num>
  <w:num w:numId="8" w16cid:durableId="505369748">
    <w:abstractNumId w:val="1"/>
  </w:num>
  <w:num w:numId="9" w16cid:durableId="82909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03"/>
    <w:rsid w:val="00034616"/>
    <w:rsid w:val="00056988"/>
    <w:rsid w:val="0006063C"/>
    <w:rsid w:val="00071FDB"/>
    <w:rsid w:val="000A70C1"/>
    <w:rsid w:val="000B4C55"/>
    <w:rsid w:val="000C7760"/>
    <w:rsid w:val="000E5CED"/>
    <w:rsid w:val="00113E89"/>
    <w:rsid w:val="0015074B"/>
    <w:rsid w:val="00251B68"/>
    <w:rsid w:val="0029639D"/>
    <w:rsid w:val="00326F90"/>
    <w:rsid w:val="00333602"/>
    <w:rsid w:val="0035595F"/>
    <w:rsid w:val="003C0315"/>
    <w:rsid w:val="0042713E"/>
    <w:rsid w:val="0043292C"/>
    <w:rsid w:val="0045447A"/>
    <w:rsid w:val="0045454A"/>
    <w:rsid w:val="00497B76"/>
    <w:rsid w:val="00542B9C"/>
    <w:rsid w:val="00555B53"/>
    <w:rsid w:val="005B3AFC"/>
    <w:rsid w:val="005F65EE"/>
    <w:rsid w:val="00604922"/>
    <w:rsid w:val="006D5BC5"/>
    <w:rsid w:val="007A08B9"/>
    <w:rsid w:val="007D3B45"/>
    <w:rsid w:val="008E01F0"/>
    <w:rsid w:val="00975256"/>
    <w:rsid w:val="00A82577"/>
    <w:rsid w:val="00AA1D8D"/>
    <w:rsid w:val="00AC31B6"/>
    <w:rsid w:val="00AF1EFB"/>
    <w:rsid w:val="00B003C2"/>
    <w:rsid w:val="00B47730"/>
    <w:rsid w:val="00B5040D"/>
    <w:rsid w:val="00C0119D"/>
    <w:rsid w:val="00CB0664"/>
    <w:rsid w:val="00DC31E8"/>
    <w:rsid w:val="00DD4D36"/>
    <w:rsid w:val="00DE29AA"/>
    <w:rsid w:val="00E578E7"/>
    <w:rsid w:val="00EE2F56"/>
    <w:rsid w:val="00EF4A1B"/>
    <w:rsid w:val="00FC693F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27BC90"/>
  <w14:defaultImageDpi w14:val="300"/>
  <w15:docId w15:val="{37C1C894-D5E9-4A4A-8119-A9E118CE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Sport">
    <w:name w:val="Title Sport"/>
    <w:rPr>
      <w:rFonts w:ascii="Aptos Display" w:hAnsi="Aptos Display"/>
      <w:b/>
      <w:sz w:val="52"/>
    </w:rPr>
  </w:style>
  <w:style w:type="paragraph" w:customStyle="1" w:styleId="SubtitleSport">
    <w:name w:val="Subtitle Sport"/>
    <w:rPr>
      <w:rFonts w:ascii="Aptos" w:hAnsi="Aptos"/>
      <w:b/>
      <w:sz w:val="28"/>
    </w:rPr>
  </w:style>
  <w:style w:type="paragraph" w:customStyle="1" w:styleId="SectionHeadingSport">
    <w:name w:val="Section Heading Sport"/>
    <w:rPr>
      <w:rFonts w:ascii="Aptos Display" w:hAnsi="Aptos Display"/>
      <w:b/>
      <w:sz w:val="30"/>
    </w:rPr>
  </w:style>
  <w:style w:type="paragraph" w:customStyle="1" w:styleId="SmallSport">
    <w:name w:val="Small Sport"/>
    <w:rPr>
      <w:rFonts w:ascii="Aptos" w:hAnsi="Aptos"/>
      <w:sz w:val="18"/>
    </w:rPr>
  </w:style>
  <w:style w:type="paragraph" w:styleId="NormalWeb">
    <w:name w:val="Normal (Web)"/>
    <w:basedOn w:val="Normal"/>
    <w:uiPriority w:val="99"/>
    <w:semiHidden/>
    <w:unhideWhenUsed/>
    <w:rsid w:val="003C03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Burke</cp:lastModifiedBy>
  <cp:revision>3</cp:revision>
  <dcterms:created xsi:type="dcterms:W3CDTF">2026-10-21T22:37:00Z</dcterms:created>
  <dcterms:modified xsi:type="dcterms:W3CDTF">2026-10-21T22:41:00Z</dcterms:modified>
  <cp:category/>
</cp:coreProperties>
</file>